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968" w:rsidRPr="003F35C4" w:rsidRDefault="003F35C4">
      <w:pPr>
        <w:jc w:val="center"/>
        <w:rPr>
          <w:lang w:val="ru-RU"/>
        </w:rPr>
      </w:pPr>
      <w:r w:rsidRPr="003F35C4">
        <w:rPr>
          <w:b/>
          <w:sz w:val="28"/>
          <w:lang w:val="ru-RU"/>
        </w:rPr>
        <w:t xml:space="preserve">МБОУ «СОШ № 4 им. С. </w:t>
      </w:r>
      <w:proofErr w:type="spellStart"/>
      <w:r w:rsidRPr="003F35C4">
        <w:rPr>
          <w:b/>
          <w:sz w:val="28"/>
          <w:lang w:val="ru-RU"/>
        </w:rPr>
        <w:t>Хачукаева</w:t>
      </w:r>
      <w:proofErr w:type="spellEnd"/>
      <w:r w:rsidRPr="003F35C4">
        <w:rPr>
          <w:b/>
          <w:sz w:val="28"/>
          <w:lang w:val="ru-RU"/>
        </w:rPr>
        <w:t xml:space="preserve"> г. Ачхой-Мартан»</w:t>
      </w:r>
    </w:p>
    <w:p w:rsidR="00864968" w:rsidRPr="003F35C4" w:rsidRDefault="003F35C4">
      <w:pPr>
        <w:jc w:val="center"/>
        <w:rPr>
          <w:lang w:val="ru-RU"/>
        </w:rPr>
      </w:pPr>
      <w:r w:rsidRPr="003F35C4">
        <w:rPr>
          <w:b/>
          <w:sz w:val="28"/>
          <w:lang w:val="ru-RU"/>
        </w:rPr>
        <w:t>ИНФОРМАЦИЯ О СРЕДСТВАХ ОБУЧЕНИЯ И ВОСПИТАНИЯ</w:t>
      </w:r>
    </w:p>
    <w:p w:rsidR="00864968" w:rsidRPr="003F35C4" w:rsidRDefault="003F35C4">
      <w:pPr>
        <w:jc w:val="center"/>
        <w:rPr>
          <w:lang w:val="ru-RU"/>
        </w:rPr>
      </w:pPr>
      <w:r w:rsidRPr="003F35C4">
        <w:rPr>
          <w:i/>
          <w:sz w:val="22"/>
          <w:lang w:val="ru-RU"/>
        </w:rPr>
        <w:t>Актуально на 2026 год</w:t>
      </w:r>
    </w:p>
    <w:p w:rsidR="00864968" w:rsidRPr="003F35C4" w:rsidRDefault="00864968">
      <w:pPr>
        <w:rPr>
          <w:lang w:val="ru-RU"/>
        </w:rPr>
      </w:pPr>
    </w:p>
    <w:p w:rsidR="00864968" w:rsidRPr="003F35C4" w:rsidRDefault="003F35C4">
      <w:pPr>
        <w:rPr>
          <w:lang w:val="ru-RU"/>
        </w:rPr>
      </w:pPr>
      <w:r w:rsidRPr="003F35C4">
        <w:rPr>
          <w:lang w:val="ru-RU"/>
        </w:rPr>
        <w:t xml:space="preserve">В МБОУ «СОШ № 4 им. С. </w:t>
      </w:r>
      <w:proofErr w:type="spellStart"/>
      <w:r w:rsidRPr="003F35C4">
        <w:rPr>
          <w:lang w:val="ru-RU"/>
        </w:rPr>
        <w:t>Хачукаева</w:t>
      </w:r>
      <w:proofErr w:type="spellEnd"/>
      <w:r w:rsidRPr="003F35C4">
        <w:rPr>
          <w:lang w:val="ru-RU"/>
        </w:rPr>
        <w:t xml:space="preserve"> г. Ачхой-Мартан» используются средства обучения и воспитания, необходимые для реализации образовательных </w:t>
      </w:r>
      <w:r w:rsidRPr="003F35C4">
        <w:rPr>
          <w:lang w:val="ru-RU"/>
        </w:rPr>
        <w:t>программ, организации учебной, внеурочной и воспитательной деятельности обучающихся.</w:t>
      </w:r>
    </w:p>
    <w:p w:rsidR="00864968" w:rsidRDefault="003F35C4">
      <w:r>
        <w:rPr>
          <w:b/>
        </w:rPr>
        <w:t>1. Учебно-методические и печатные средства</w:t>
      </w:r>
    </w:p>
    <w:p w:rsidR="00864968" w:rsidRDefault="003F35C4">
      <w:pPr>
        <w:pStyle w:val="a0"/>
        <w:ind w:left="425" w:hanging="142"/>
      </w:pPr>
      <w:r>
        <w:t>учебники и учебные пособия;</w:t>
      </w:r>
    </w:p>
    <w:p w:rsidR="00864968" w:rsidRDefault="003F35C4">
      <w:pPr>
        <w:pStyle w:val="a0"/>
        <w:ind w:left="425" w:hanging="142"/>
      </w:pPr>
      <w:r>
        <w:t>учебно-методические материалы;</w:t>
      </w:r>
    </w:p>
    <w:p w:rsidR="00864968" w:rsidRPr="003F35C4" w:rsidRDefault="003F35C4">
      <w:pPr>
        <w:pStyle w:val="a0"/>
        <w:ind w:left="425" w:hanging="142"/>
        <w:rPr>
          <w:lang w:val="ru-RU"/>
        </w:rPr>
      </w:pPr>
      <w:r w:rsidRPr="003F35C4">
        <w:rPr>
          <w:lang w:val="ru-RU"/>
        </w:rPr>
        <w:t>рабочие тетради и дидактические материалы;</w:t>
      </w:r>
    </w:p>
    <w:p w:rsidR="00864968" w:rsidRPr="003F35C4" w:rsidRDefault="003F35C4">
      <w:pPr>
        <w:pStyle w:val="a0"/>
        <w:ind w:left="425" w:hanging="142"/>
        <w:rPr>
          <w:lang w:val="ru-RU"/>
        </w:rPr>
      </w:pPr>
      <w:r w:rsidRPr="003F35C4">
        <w:rPr>
          <w:lang w:val="ru-RU"/>
        </w:rPr>
        <w:t>словари, справочники, энци</w:t>
      </w:r>
      <w:r w:rsidRPr="003F35C4">
        <w:rPr>
          <w:lang w:val="ru-RU"/>
        </w:rPr>
        <w:t>клопедии и иные печатные информационные материалы;</w:t>
      </w:r>
    </w:p>
    <w:p w:rsidR="00864968" w:rsidRDefault="003F35C4">
      <w:pPr>
        <w:pStyle w:val="a0"/>
        <w:ind w:left="425" w:hanging="142"/>
      </w:pPr>
      <w:proofErr w:type="spellStart"/>
      <w:proofErr w:type="gramStart"/>
      <w:r>
        <w:t>художественная</w:t>
      </w:r>
      <w:proofErr w:type="spellEnd"/>
      <w:proofErr w:type="gramEnd"/>
      <w:r>
        <w:t xml:space="preserve"> и </w:t>
      </w:r>
      <w:proofErr w:type="spellStart"/>
      <w:r>
        <w:t>учебная</w:t>
      </w:r>
      <w:proofErr w:type="spellEnd"/>
      <w:r>
        <w:t xml:space="preserve"> </w:t>
      </w:r>
      <w:proofErr w:type="spellStart"/>
      <w:r>
        <w:t>литература</w:t>
      </w:r>
      <w:proofErr w:type="spellEnd"/>
      <w:r>
        <w:t>.</w:t>
      </w:r>
    </w:p>
    <w:p w:rsidR="00864968" w:rsidRDefault="003F35C4">
      <w:r>
        <w:rPr>
          <w:b/>
        </w:rPr>
        <w:t>2. Учебно-наглядные пособия</w:t>
      </w:r>
    </w:p>
    <w:p w:rsidR="00864968" w:rsidRPr="003F35C4" w:rsidRDefault="003F35C4">
      <w:pPr>
        <w:pStyle w:val="a0"/>
        <w:ind w:left="425" w:hanging="142"/>
        <w:rPr>
          <w:lang w:val="ru-RU"/>
        </w:rPr>
      </w:pPr>
      <w:r w:rsidRPr="003F35C4">
        <w:rPr>
          <w:lang w:val="ru-RU"/>
        </w:rPr>
        <w:t>таблицы, схемы, плакаты и иллюстративные материалы;</w:t>
      </w:r>
    </w:p>
    <w:p w:rsidR="00864968" w:rsidRDefault="003F35C4">
      <w:pPr>
        <w:pStyle w:val="a0"/>
        <w:ind w:left="425" w:hanging="142"/>
      </w:pPr>
      <w:proofErr w:type="spellStart"/>
      <w:r>
        <w:t>карты</w:t>
      </w:r>
      <w:proofErr w:type="spellEnd"/>
      <w:r>
        <w:t xml:space="preserve">, </w:t>
      </w:r>
      <w:proofErr w:type="spellStart"/>
      <w:r>
        <w:t>атласы</w:t>
      </w:r>
      <w:proofErr w:type="spellEnd"/>
      <w:r>
        <w:t xml:space="preserve">, </w:t>
      </w:r>
      <w:proofErr w:type="spellStart"/>
      <w:r>
        <w:t>демонстрационные</w:t>
      </w:r>
      <w:proofErr w:type="spellEnd"/>
      <w:r>
        <w:t xml:space="preserve"> </w:t>
      </w:r>
      <w:proofErr w:type="spellStart"/>
      <w:r>
        <w:t>материалы</w:t>
      </w:r>
      <w:proofErr w:type="spellEnd"/>
      <w:r>
        <w:t>;</w:t>
      </w:r>
    </w:p>
    <w:p w:rsidR="00864968" w:rsidRPr="003F35C4" w:rsidRDefault="003F35C4">
      <w:pPr>
        <w:pStyle w:val="a0"/>
        <w:ind w:left="425" w:hanging="142"/>
        <w:rPr>
          <w:lang w:val="ru-RU"/>
        </w:rPr>
      </w:pPr>
      <w:r w:rsidRPr="003F35C4">
        <w:rPr>
          <w:lang w:val="ru-RU"/>
        </w:rPr>
        <w:t>модели, макеты и иные наглядные пособия, испо</w:t>
      </w:r>
      <w:r w:rsidRPr="003F35C4">
        <w:rPr>
          <w:lang w:val="ru-RU"/>
        </w:rPr>
        <w:t>льзуемые при проведении учебных занятий.</w:t>
      </w:r>
    </w:p>
    <w:p w:rsidR="00864968" w:rsidRDefault="003F35C4">
      <w:r>
        <w:rPr>
          <w:b/>
        </w:rPr>
        <w:t>3. Технические и мультимедийные средства обучения</w:t>
      </w:r>
    </w:p>
    <w:p w:rsidR="00864968" w:rsidRDefault="003F35C4">
      <w:pPr>
        <w:pStyle w:val="a0"/>
        <w:ind w:left="425" w:hanging="142"/>
      </w:pPr>
      <w:r>
        <w:t>персональные компьютеры и ноутбуки;</w:t>
      </w:r>
    </w:p>
    <w:p w:rsidR="00864968" w:rsidRDefault="003F35C4">
      <w:pPr>
        <w:pStyle w:val="a0"/>
        <w:ind w:left="425" w:hanging="142"/>
      </w:pPr>
      <w:r>
        <w:t>мультимедийное оборудование;</w:t>
      </w:r>
    </w:p>
    <w:p w:rsidR="00864968" w:rsidRDefault="003F35C4">
      <w:pPr>
        <w:pStyle w:val="a0"/>
        <w:ind w:left="425" w:hanging="142"/>
      </w:pPr>
      <w:r>
        <w:t>интерактивное оборудование;</w:t>
      </w:r>
    </w:p>
    <w:p w:rsidR="00864968" w:rsidRPr="003F35C4" w:rsidRDefault="003F35C4">
      <w:pPr>
        <w:pStyle w:val="a0"/>
        <w:ind w:left="425" w:hanging="142"/>
        <w:rPr>
          <w:lang w:val="ru-RU"/>
        </w:rPr>
      </w:pPr>
      <w:r w:rsidRPr="003F35C4">
        <w:rPr>
          <w:lang w:val="ru-RU"/>
        </w:rPr>
        <w:t>принтеры, многофункциональные устройства и иная оргтехника;</w:t>
      </w:r>
    </w:p>
    <w:p w:rsidR="00864968" w:rsidRPr="003F35C4" w:rsidRDefault="003F35C4">
      <w:pPr>
        <w:pStyle w:val="a0"/>
        <w:ind w:left="425" w:hanging="142"/>
        <w:rPr>
          <w:lang w:val="ru-RU"/>
        </w:rPr>
      </w:pPr>
      <w:r w:rsidRPr="003F35C4">
        <w:rPr>
          <w:lang w:val="ru-RU"/>
        </w:rPr>
        <w:t>аудиовизуаль</w:t>
      </w:r>
      <w:r w:rsidRPr="003F35C4">
        <w:rPr>
          <w:lang w:val="ru-RU"/>
        </w:rPr>
        <w:t>ные средства, используемые в образовательном процессе.</w:t>
      </w:r>
    </w:p>
    <w:p w:rsidR="00864968" w:rsidRDefault="003F35C4">
      <w:r>
        <w:rPr>
          <w:b/>
        </w:rPr>
        <w:t>4. Электронные образовательные и информационные ресурсы</w:t>
      </w:r>
    </w:p>
    <w:p w:rsidR="00864968" w:rsidRDefault="003F35C4">
      <w:pPr>
        <w:pStyle w:val="a0"/>
        <w:ind w:left="425" w:hanging="142"/>
      </w:pPr>
      <w:r>
        <w:t>электронные образовательные ресурсы;</w:t>
      </w:r>
    </w:p>
    <w:p w:rsidR="00864968" w:rsidRPr="003F35C4" w:rsidRDefault="003F35C4">
      <w:pPr>
        <w:pStyle w:val="a0"/>
        <w:ind w:left="425" w:hanging="142"/>
        <w:rPr>
          <w:lang w:val="ru-RU"/>
        </w:rPr>
      </w:pPr>
      <w:r w:rsidRPr="003F35C4">
        <w:rPr>
          <w:lang w:val="ru-RU"/>
        </w:rPr>
        <w:t>электронные учебные и учебно-методические материалы;</w:t>
      </w:r>
    </w:p>
    <w:p w:rsidR="00864968" w:rsidRPr="003F35C4" w:rsidRDefault="003F35C4">
      <w:pPr>
        <w:pStyle w:val="a0"/>
        <w:ind w:left="425" w:hanging="142"/>
        <w:rPr>
          <w:lang w:val="ru-RU"/>
        </w:rPr>
      </w:pPr>
      <w:r w:rsidRPr="003F35C4">
        <w:rPr>
          <w:lang w:val="ru-RU"/>
        </w:rPr>
        <w:t>цифровые образовательные ресурсы и информационные систе</w:t>
      </w:r>
      <w:r w:rsidRPr="003F35C4">
        <w:rPr>
          <w:lang w:val="ru-RU"/>
        </w:rPr>
        <w:t>мы, используемые педагогическими работниками;</w:t>
      </w:r>
    </w:p>
    <w:p w:rsidR="00864968" w:rsidRDefault="003F35C4">
      <w:pPr>
        <w:pStyle w:val="a0"/>
        <w:ind w:left="425" w:hanging="142"/>
        <w:rPr>
          <w:lang w:val="ru-RU"/>
        </w:rPr>
      </w:pPr>
      <w:r w:rsidRPr="003F35C4">
        <w:rPr>
          <w:lang w:val="ru-RU"/>
        </w:rPr>
        <w:t>информационно-телекоммуникационные сети и доступ к информационным ресурсам, необходимым для организации образовательной деятельности.</w:t>
      </w:r>
    </w:p>
    <w:p w:rsidR="003F35C4" w:rsidRDefault="003F35C4" w:rsidP="003F35C4">
      <w:pPr>
        <w:pStyle w:val="a0"/>
        <w:numPr>
          <w:ilvl w:val="0"/>
          <w:numId w:val="0"/>
        </w:numPr>
        <w:ind w:left="425"/>
        <w:rPr>
          <w:lang w:val="ru-RU"/>
        </w:rPr>
      </w:pPr>
    </w:p>
    <w:p w:rsidR="003F35C4" w:rsidRPr="003F35C4" w:rsidRDefault="003F35C4" w:rsidP="003F35C4">
      <w:pPr>
        <w:pStyle w:val="a0"/>
        <w:numPr>
          <w:ilvl w:val="0"/>
          <w:numId w:val="0"/>
        </w:numPr>
        <w:ind w:left="425"/>
        <w:rPr>
          <w:lang w:val="ru-RU"/>
        </w:rPr>
      </w:pPr>
    </w:p>
    <w:p w:rsidR="00864968" w:rsidRPr="003F35C4" w:rsidRDefault="003F35C4">
      <w:pPr>
        <w:rPr>
          <w:lang w:val="ru-RU"/>
        </w:rPr>
      </w:pPr>
      <w:r w:rsidRPr="003F35C4">
        <w:rPr>
          <w:b/>
          <w:lang w:val="ru-RU"/>
        </w:rPr>
        <w:lastRenderedPageBreak/>
        <w:t>5. Средства физического воспитания и спортивное оборудование</w:t>
      </w:r>
    </w:p>
    <w:p w:rsidR="00864968" w:rsidRDefault="003F35C4">
      <w:pPr>
        <w:pStyle w:val="a0"/>
        <w:ind w:left="425" w:hanging="142"/>
      </w:pPr>
      <w:proofErr w:type="spellStart"/>
      <w:r>
        <w:t>спортивное</w:t>
      </w:r>
      <w:proofErr w:type="spellEnd"/>
      <w:r>
        <w:t xml:space="preserve"> </w:t>
      </w:r>
      <w:proofErr w:type="spellStart"/>
      <w:r>
        <w:t>оборудование</w:t>
      </w:r>
      <w:proofErr w:type="spellEnd"/>
      <w:r>
        <w:t xml:space="preserve"> и </w:t>
      </w:r>
      <w:proofErr w:type="spellStart"/>
      <w:r>
        <w:t>инвентарь</w:t>
      </w:r>
      <w:proofErr w:type="spellEnd"/>
      <w:r>
        <w:t>;</w:t>
      </w:r>
    </w:p>
    <w:p w:rsidR="00864968" w:rsidRPr="003F35C4" w:rsidRDefault="003F35C4">
      <w:pPr>
        <w:pStyle w:val="a0"/>
        <w:ind w:left="425" w:hanging="142"/>
        <w:rPr>
          <w:lang w:val="ru-RU"/>
        </w:rPr>
      </w:pPr>
      <w:r w:rsidRPr="003F35C4">
        <w:rPr>
          <w:lang w:val="ru-RU"/>
        </w:rPr>
        <w:t>оборудование и инвентарь для проведения уроков физической культуры;</w:t>
      </w:r>
    </w:p>
    <w:p w:rsidR="00864968" w:rsidRPr="003F35C4" w:rsidRDefault="003F35C4">
      <w:pPr>
        <w:pStyle w:val="a0"/>
        <w:ind w:left="425" w:hanging="142"/>
        <w:rPr>
          <w:lang w:val="ru-RU"/>
        </w:rPr>
      </w:pPr>
      <w:r w:rsidRPr="003F35C4">
        <w:rPr>
          <w:lang w:val="ru-RU"/>
        </w:rPr>
        <w:t>инвентарь для спортивных и физкультурно-оздоровительных мероприятий.</w:t>
      </w:r>
    </w:p>
    <w:p w:rsidR="00864968" w:rsidRPr="003F35C4" w:rsidRDefault="003F35C4">
      <w:pPr>
        <w:rPr>
          <w:lang w:val="ru-RU"/>
        </w:rPr>
      </w:pPr>
      <w:r w:rsidRPr="003F35C4">
        <w:rPr>
          <w:b/>
          <w:lang w:val="ru-RU"/>
        </w:rPr>
        <w:t>6. Средства для организации творческой и практической деятельности</w:t>
      </w:r>
    </w:p>
    <w:p w:rsidR="00864968" w:rsidRPr="003F35C4" w:rsidRDefault="003F35C4">
      <w:pPr>
        <w:pStyle w:val="a0"/>
        <w:ind w:left="425" w:hanging="142"/>
        <w:rPr>
          <w:lang w:val="ru-RU"/>
        </w:rPr>
      </w:pPr>
      <w:r w:rsidRPr="003F35C4">
        <w:rPr>
          <w:lang w:val="ru-RU"/>
        </w:rPr>
        <w:t>материалы и оборудование д</w:t>
      </w:r>
      <w:r w:rsidRPr="003F35C4">
        <w:rPr>
          <w:lang w:val="ru-RU"/>
        </w:rPr>
        <w:t>ля изобразительной и творческой деятельности;</w:t>
      </w:r>
    </w:p>
    <w:p w:rsidR="00864968" w:rsidRPr="003F35C4" w:rsidRDefault="003F35C4">
      <w:pPr>
        <w:pStyle w:val="a0"/>
        <w:ind w:left="425" w:hanging="142"/>
        <w:rPr>
          <w:lang w:val="ru-RU"/>
        </w:rPr>
      </w:pPr>
      <w:r w:rsidRPr="003F35C4">
        <w:rPr>
          <w:lang w:val="ru-RU"/>
        </w:rPr>
        <w:t xml:space="preserve">материалы и оборудование для проектной и практической деятельности </w:t>
      </w:r>
      <w:proofErr w:type="gramStart"/>
      <w:r w:rsidRPr="003F35C4">
        <w:rPr>
          <w:lang w:val="ru-RU"/>
        </w:rPr>
        <w:t>обучающихся</w:t>
      </w:r>
      <w:proofErr w:type="gramEnd"/>
      <w:r w:rsidRPr="003F35C4">
        <w:rPr>
          <w:lang w:val="ru-RU"/>
        </w:rPr>
        <w:t>;</w:t>
      </w:r>
    </w:p>
    <w:p w:rsidR="00864968" w:rsidRPr="003F35C4" w:rsidRDefault="003F35C4">
      <w:pPr>
        <w:pStyle w:val="a0"/>
        <w:ind w:left="425" w:hanging="142"/>
        <w:rPr>
          <w:lang w:val="ru-RU"/>
        </w:rPr>
      </w:pPr>
      <w:r w:rsidRPr="003F35C4">
        <w:rPr>
          <w:lang w:val="ru-RU"/>
        </w:rPr>
        <w:t>музыкальные инструменты и иные средства, используемые при проведении творческих мероприятий (при наличии).</w:t>
      </w:r>
    </w:p>
    <w:p w:rsidR="00864968" w:rsidRDefault="003F35C4">
      <w:r>
        <w:rPr>
          <w:b/>
        </w:rPr>
        <w:t>7. Средства воспитатель</w:t>
      </w:r>
      <w:r>
        <w:rPr>
          <w:b/>
        </w:rPr>
        <w:t>ной работы</w:t>
      </w:r>
    </w:p>
    <w:p w:rsidR="00864968" w:rsidRDefault="003F35C4">
      <w:pPr>
        <w:pStyle w:val="a0"/>
        <w:ind w:left="425" w:hanging="142"/>
      </w:pPr>
      <w:r>
        <w:t>информационные и тематические стенды;</w:t>
      </w:r>
    </w:p>
    <w:p w:rsidR="00864968" w:rsidRPr="003F35C4" w:rsidRDefault="003F35C4">
      <w:pPr>
        <w:pStyle w:val="a0"/>
        <w:ind w:left="425" w:hanging="142"/>
        <w:rPr>
          <w:lang w:val="ru-RU"/>
        </w:rPr>
      </w:pPr>
      <w:r w:rsidRPr="003F35C4">
        <w:rPr>
          <w:lang w:val="ru-RU"/>
        </w:rPr>
        <w:t>наглядные и методические материалы для проведения классных часов и воспитательных мероприятий;</w:t>
      </w:r>
    </w:p>
    <w:p w:rsidR="00864968" w:rsidRPr="003F35C4" w:rsidRDefault="003F35C4">
      <w:pPr>
        <w:pStyle w:val="a0"/>
        <w:ind w:left="425" w:hanging="142"/>
        <w:rPr>
          <w:lang w:val="ru-RU"/>
        </w:rPr>
      </w:pPr>
      <w:r w:rsidRPr="003F35C4">
        <w:rPr>
          <w:lang w:val="ru-RU"/>
        </w:rPr>
        <w:t xml:space="preserve">материалы для организации внеурочной деятельности, социально значимых, патриотических, культурных, спортивных и </w:t>
      </w:r>
      <w:r w:rsidRPr="003F35C4">
        <w:rPr>
          <w:lang w:val="ru-RU"/>
        </w:rPr>
        <w:t>профилактических мероприятий.</w:t>
      </w:r>
    </w:p>
    <w:p w:rsidR="00864968" w:rsidRPr="003F35C4" w:rsidRDefault="00864968">
      <w:pPr>
        <w:rPr>
          <w:lang w:val="ru-RU"/>
        </w:rPr>
      </w:pPr>
    </w:p>
    <w:p w:rsidR="00864968" w:rsidRDefault="003F35C4">
      <w:pPr>
        <w:jc w:val="right"/>
      </w:pPr>
      <w:proofErr w:type="spellStart"/>
      <w:r>
        <w:t>Дата</w:t>
      </w:r>
      <w:proofErr w:type="spellEnd"/>
      <w:r>
        <w:t xml:space="preserve"> </w:t>
      </w:r>
      <w:proofErr w:type="spellStart"/>
      <w:r>
        <w:t>актуализации</w:t>
      </w:r>
      <w:proofErr w:type="spellEnd"/>
      <w:r>
        <w:t>: «</w:t>
      </w:r>
      <w:r>
        <w:rPr>
          <w:lang w:val="ru-RU"/>
        </w:rPr>
        <w:t>10</w:t>
      </w:r>
      <w:r>
        <w:t xml:space="preserve">» </w:t>
      </w:r>
      <w:r w:rsidRPr="003F35C4">
        <w:rPr>
          <w:u w:val="single"/>
          <w:lang w:val="ru-RU"/>
        </w:rPr>
        <w:t>августа</w:t>
      </w:r>
      <w:r w:rsidRPr="003F35C4">
        <w:rPr>
          <w:u w:val="single"/>
        </w:rPr>
        <w:t xml:space="preserve"> </w:t>
      </w:r>
      <w:r>
        <w:rPr>
          <w:u w:val="single"/>
          <w:lang w:val="ru-RU"/>
        </w:rPr>
        <w:t xml:space="preserve"> </w:t>
      </w:r>
      <w:bookmarkStart w:id="0" w:name="_GoBack"/>
      <w:bookmarkEnd w:id="0"/>
      <w:r>
        <w:t>2026 г.</w:t>
      </w:r>
    </w:p>
    <w:sectPr w:rsidR="00864968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F35C4"/>
    <w:rsid w:val="0086496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42F4402-DDD4-441D-A2E6-BD06B4577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2368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Elsa</cp:lastModifiedBy>
  <cp:revision>2</cp:revision>
  <dcterms:created xsi:type="dcterms:W3CDTF">2013-12-23T23:15:00Z</dcterms:created>
  <dcterms:modified xsi:type="dcterms:W3CDTF">2026-08-10T06:29:00Z</dcterms:modified>
  <cp:category/>
</cp:coreProperties>
</file>